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74" w:rsidRDefault="00682674">
      <w:pPr>
        <w:autoSpaceDE w:val="0"/>
        <w:autoSpaceDN w:val="0"/>
        <w:spacing w:after="78" w:line="220" w:lineRule="exact"/>
      </w:pPr>
    </w:p>
    <w:p w:rsidR="00682674" w:rsidRDefault="009927A0" w:rsidP="00AD62C3">
      <w:pPr>
        <w:autoSpaceDE w:val="0"/>
        <w:autoSpaceDN w:val="0"/>
        <w:spacing w:after="0" w:line="230" w:lineRule="auto"/>
        <w:ind w:left="792"/>
        <w:contextualSpacing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D62C3" w:rsidRPr="009927A0" w:rsidRDefault="00AD62C3" w:rsidP="00AD62C3">
      <w:pPr>
        <w:autoSpaceDE w:val="0"/>
        <w:autoSpaceDN w:val="0"/>
        <w:spacing w:after="0" w:line="230" w:lineRule="auto"/>
        <w:ind w:left="792"/>
        <w:contextualSpacing/>
        <w:rPr>
          <w:lang w:val="ru-RU"/>
        </w:rPr>
      </w:pPr>
    </w:p>
    <w:tbl>
      <w:tblPr>
        <w:tblpPr w:leftFromText="180" w:rightFromText="180" w:vertAnchor="page" w:horzAnchor="margin" w:tblpXSpec="center" w:tblpY="3421"/>
        <w:tblW w:w="5000" w:type="pct"/>
        <w:tblLook w:val="04A0" w:firstRow="1" w:lastRow="0" w:firstColumn="1" w:lastColumn="0" w:noHBand="0" w:noVBand="1"/>
      </w:tblPr>
      <w:tblGrid>
        <w:gridCol w:w="3204"/>
        <w:gridCol w:w="3403"/>
        <w:gridCol w:w="3201"/>
      </w:tblGrid>
      <w:tr w:rsidR="00AD62C3" w:rsidRPr="00AD62C3" w:rsidTr="00AD62C3">
        <w:trPr>
          <w:trHeight w:val="2023"/>
        </w:trPr>
        <w:tc>
          <w:tcPr>
            <w:tcW w:w="1633" w:type="pct"/>
          </w:tcPr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 w:rsidRPr="00AD62C3">
              <w:rPr>
                <w:color w:val="000000"/>
                <w:lang w:val="ru-RU"/>
              </w:rPr>
              <w:t xml:space="preserve">         «</w:t>
            </w:r>
            <w:r>
              <w:rPr>
                <w:color w:val="000000"/>
                <w:lang w:val="ru-RU"/>
              </w:rPr>
              <w:t>Рассмотр</w:t>
            </w:r>
            <w:r w:rsidRPr="00AD62C3">
              <w:rPr>
                <w:color w:val="000000"/>
                <w:lang w:val="ru-RU"/>
              </w:rPr>
              <w:t>ено»</w:t>
            </w:r>
          </w:p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 заседании педагогического совета</w:t>
            </w:r>
          </w:p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_________ </w:t>
            </w:r>
            <w:proofErr w:type="spellStart"/>
            <w:r>
              <w:rPr>
                <w:color w:val="000000"/>
                <w:lang w:val="ru-RU"/>
              </w:rPr>
              <w:t>ВалееваИ.С</w:t>
            </w:r>
            <w:proofErr w:type="spellEnd"/>
            <w:r>
              <w:rPr>
                <w:color w:val="000000"/>
                <w:lang w:val="ru-RU"/>
              </w:rPr>
              <w:t>.</w:t>
            </w:r>
          </w:p>
          <w:p w:rsid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 w:rsidRPr="00AD62C3">
              <w:rPr>
                <w:color w:val="000000"/>
                <w:lang w:val="ru-RU"/>
              </w:rPr>
              <w:t xml:space="preserve">протокол </w:t>
            </w:r>
            <w:r w:rsidR="00802A85">
              <w:rPr>
                <w:color w:val="000000"/>
                <w:lang w:val="ru-RU"/>
              </w:rPr>
              <w:t xml:space="preserve"> № 1</w:t>
            </w:r>
            <w:r w:rsidRPr="00AD62C3">
              <w:rPr>
                <w:color w:val="000000"/>
                <w:lang w:val="ru-RU"/>
              </w:rPr>
              <w:t xml:space="preserve">  </w:t>
            </w:r>
          </w:p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от </w:t>
            </w:r>
            <w:r w:rsidRPr="00AD62C3">
              <w:rPr>
                <w:color w:val="000000"/>
                <w:lang w:val="ru-RU"/>
              </w:rPr>
              <w:t>«31» 08 .2022 г.</w:t>
            </w:r>
          </w:p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</w:p>
        </w:tc>
        <w:tc>
          <w:tcPr>
            <w:tcW w:w="1735" w:type="pct"/>
          </w:tcPr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 w:rsidRPr="00AD62C3">
              <w:rPr>
                <w:color w:val="000000"/>
                <w:lang w:val="ru-RU"/>
              </w:rPr>
              <w:t xml:space="preserve">      «Согласовано»</w:t>
            </w:r>
          </w:p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</w:t>
            </w:r>
            <w:r w:rsidRPr="00AD62C3">
              <w:rPr>
                <w:color w:val="000000"/>
                <w:lang w:val="ru-RU"/>
              </w:rPr>
              <w:t>Зам.  руководителя по УВР</w:t>
            </w:r>
          </w:p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</w:p>
          <w:p w:rsid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 w:rsidRPr="00BD1F39">
              <w:rPr>
                <w:color w:val="000000"/>
              </w:rPr>
              <w:t xml:space="preserve">_________ </w:t>
            </w:r>
            <w:r>
              <w:rPr>
                <w:color w:val="000000"/>
                <w:lang w:val="ru-RU"/>
              </w:rPr>
              <w:t xml:space="preserve"> </w:t>
            </w:r>
            <w:r>
              <w:t xml:space="preserve"> </w:t>
            </w:r>
            <w:proofErr w:type="spellStart"/>
            <w:r w:rsidRPr="00AD62C3">
              <w:rPr>
                <w:color w:val="000000"/>
              </w:rPr>
              <w:t>ВалееваИ.С</w:t>
            </w:r>
            <w:proofErr w:type="spellEnd"/>
            <w:r w:rsidRPr="00AD62C3">
              <w:rPr>
                <w:color w:val="000000"/>
              </w:rPr>
              <w:t>.</w:t>
            </w:r>
          </w:p>
          <w:p w:rsidR="00802A85" w:rsidRPr="00802A85" w:rsidRDefault="00802A85" w:rsidP="00802A85">
            <w:pPr>
              <w:suppressAutoHyphens/>
              <w:contextualSpacing/>
              <w:rPr>
                <w:color w:val="000000"/>
                <w:lang w:val="ru-RU"/>
              </w:rPr>
            </w:pPr>
            <w:r w:rsidRPr="00802A85">
              <w:rPr>
                <w:color w:val="000000"/>
                <w:lang w:val="ru-RU"/>
              </w:rPr>
              <w:t xml:space="preserve">протокол  № 1  </w:t>
            </w:r>
          </w:p>
          <w:p w:rsidR="00AD62C3" w:rsidRPr="00BD1F39" w:rsidRDefault="00AD62C3" w:rsidP="00AD62C3">
            <w:pPr>
              <w:suppressAutoHyphens/>
              <w:contextualSpacing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от </w:t>
            </w:r>
            <w:r w:rsidRPr="00AD62C3">
              <w:rPr>
                <w:color w:val="000000"/>
              </w:rPr>
              <w:t>«31» 08 .2022 г.</w:t>
            </w:r>
          </w:p>
        </w:tc>
        <w:tc>
          <w:tcPr>
            <w:tcW w:w="1632" w:type="pct"/>
            <w:hideMark/>
          </w:tcPr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 w:rsidRPr="00AD62C3">
              <w:rPr>
                <w:color w:val="000000"/>
                <w:lang w:val="ru-RU"/>
              </w:rPr>
              <w:t xml:space="preserve">                «Утверждено» </w:t>
            </w:r>
          </w:p>
          <w:p w:rsid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      Директор школы</w:t>
            </w:r>
          </w:p>
          <w:p w:rsidR="00802A85" w:rsidRDefault="00802A85" w:rsidP="00AD62C3">
            <w:pPr>
              <w:suppressAutoHyphens/>
              <w:contextualSpacing/>
              <w:rPr>
                <w:color w:val="000000"/>
                <w:lang w:val="ru-RU"/>
              </w:rPr>
            </w:pPr>
          </w:p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  <w:r w:rsidRPr="00AD62C3">
              <w:rPr>
                <w:color w:val="000000"/>
                <w:lang w:val="ru-RU"/>
              </w:rPr>
              <w:t xml:space="preserve">____________ </w:t>
            </w:r>
            <w:proofErr w:type="spellStart"/>
            <w:r>
              <w:rPr>
                <w:color w:val="000000"/>
                <w:lang w:val="ru-RU"/>
              </w:rPr>
              <w:t>ГалееваЭ.М</w:t>
            </w:r>
            <w:proofErr w:type="spellEnd"/>
            <w:r>
              <w:rPr>
                <w:color w:val="000000"/>
                <w:lang w:val="ru-RU"/>
              </w:rPr>
              <w:t>.</w:t>
            </w:r>
          </w:p>
          <w:p w:rsidR="00802A85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  <w:r w:rsidRPr="00AD62C3">
              <w:rPr>
                <w:color w:val="000000"/>
                <w:lang w:val="ru-RU"/>
              </w:rPr>
              <w:t xml:space="preserve"> Приказ </w:t>
            </w:r>
            <w:r w:rsidR="00802A85">
              <w:rPr>
                <w:color w:val="000000"/>
                <w:lang w:val="ru-RU"/>
              </w:rPr>
              <w:t xml:space="preserve">№ </w:t>
            </w:r>
            <w:r w:rsidR="00802A85" w:rsidRPr="00802A85">
              <w:rPr>
                <w:color w:val="000000"/>
                <w:lang w:val="ru-RU"/>
              </w:rPr>
              <w:t>99</w:t>
            </w:r>
          </w:p>
          <w:p w:rsidR="00AD62C3" w:rsidRPr="00AD62C3" w:rsidRDefault="00802A85" w:rsidP="00802A85">
            <w:pPr>
              <w:suppressAutoHyphens/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от  </w:t>
            </w:r>
            <w:r w:rsidR="00AD62C3" w:rsidRPr="00AD62C3">
              <w:rPr>
                <w:color w:val="000000"/>
                <w:lang w:val="ru-RU"/>
              </w:rPr>
              <w:t xml:space="preserve">«1» </w:t>
            </w:r>
            <w:r w:rsidR="00AD62C3">
              <w:rPr>
                <w:color w:val="000000"/>
                <w:lang w:val="ru-RU"/>
              </w:rPr>
              <w:t>09</w:t>
            </w:r>
            <w:r w:rsidR="00AD62C3" w:rsidRPr="00AD62C3">
              <w:rPr>
                <w:color w:val="000000"/>
                <w:lang w:val="ru-RU"/>
              </w:rPr>
              <w:t xml:space="preserve"> .2022 г.</w:t>
            </w:r>
          </w:p>
          <w:p w:rsidR="00AD62C3" w:rsidRPr="00AD62C3" w:rsidRDefault="00AD62C3" w:rsidP="00AD62C3">
            <w:pPr>
              <w:suppressAutoHyphens/>
              <w:contextualSpacing/>
              <w:rPr>
                <w:color w:val="000000"/>
                <w:lang w:val="ru-RU"/>
              </w:rPr>
            </w:pPr>
          </w:p>
        </w:tc>
      </w:tr>
    </w:tbl>
    <w:p w:rsidR="00682674" w:rsidRDefault="009927A0" w:rsidP="00AD62C3">
      <w:pPr>
        <w:autoSpaceDE w:val="0"/>
        <w:autoSpaceDN w:val="0"/>
        <w:spacing w:before="670" w:after="0" w:line="230" w:lineRule="auto"/>
        <w:ind w:left="1584"/>
        <w:contextualSpacing/>
        <w:rPr>
          <w:rFonts w:ascii="Times New Roman" w:eastAsia="Times New Roman" w:hAnsi="Times New Roman"/>
          <w:color w:val="000000"/>
          <w:sz w:val="24"/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AD62C3" w:rsidRDefault="00AD62C3" w:rsidP="00AD62C3">
      <w:pPr>
        <w:autoSpaceDE w:val="0"/>
        <w:autoSpaceDN w:val="0"/>
        <w:spacing w:before="670" w:after="0" w:line="230" w:lineRule="auto"/>
        <w:ind w:left="1584"/>
        <w:contextualSpacing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D62C3" w:rsidRDefault="00AD62C3" w:rsidP="00AD62C3">
      <w:pPr>
        <w:autoSpaceDE w:val="0"/>
        <w:autoSpaceDN w:val="0"/>
        <w:spacing w:before="670" w:after="0" w:line="230" w:lineRule="auto"/>
        <w:ind w:left="1584"/>
        <w:contextualSpacing/>
        <w:rPr>
          <w:lang w:val="ru-RU"/>
        </w:rPr>
      </w:pPr>
      <w:r w:rsidRPr="00AD62C3">
        <w:rPr>
          <w:lang w:val="ru-RU"/>
        </w:rPr>
        <w:t>Исполком Алексеевского МР  РТ</w:t>
      </w:r>
    </w:p>
    <w:p w:rsidR="00AD62C3" w:rsidRPr="00AD62C3" w:rsidRDefault="00AD62C3" w:rsidP="00AD62C3">
      <w:pPr>
        <w:autoSpaceDE w:val="0"/>
        <w:autoSpaceDN w:val="0"/>
        <w:spacing w:before="670" w:after="0" w:line="230" w:lineRule="auto"/>
        <w:ind w:left="1584"/>
        <w:rPr>
          <w:lang w:val="ru-RU"/>
        </w:rPr>
      </w:pPr>
      <w:r w:rsidRPr="00AD62C3">
        <w:rPr>
          <w:lang w:val="ru-RU"/>
        </w:rPr>
        <w:t xml:space="preserve">МБОУ </w:t>
      </w:r>
      <w:proofErr w:type="spellStart"/>
      <w:r w:rsidRPr="00AD62C3">
        <w:rPr>
          <w:lang w:val="ru-RU"/>
        </w:rPr>
        <w:t>Подлесношенталинская</w:t>
      </w:r>
      <w:proofErr w:type="spellEnd"/>
      <w:r w:rsidRPr="00AD62C3">
        <w:rPr>
          <w:lang w:val="ru-RU"/>
        </w:rPr>
        <w:t xml:space="preserve"> ООШ</w:t>
      </w:r>
    </w:p>
    <w:p w:rsidR="00AD62C3" w:rsidRPr="009927A0" w:rsidRDefault="00AD62C3">
      <w:pPr>
        <w:rPr>
          <w:lang w:val="ru-RU"/>
        </w:rPr>
        <w:sectPr w:rsidR="00AD62C3" w:rsidRPr="009927A0">
          <w:pgSz w:w="11900" w:h="16840"/>
          <w:pgMar w:top="298" w:right="868" w:bottom="398" w:left="1440" w:header="720" w:footer="720" w:gutter="0"/>
          <w:cols w:space="720" w:equalWidth="0">
            <w:col w:w="9592" w:space="0"/>
          </w:cols>
          <w:docGrid w:linePitch="360"/>
        </w:sectPr>
      </w:pPr>
      <w:bookmarkStart w:id="0" w:name="_GoBack"/>
      <w:bookmarkEnd w:id="0"/>
    </w:p>
    <w:p w:rsidR="00682674" w:rsidRPr="00AD62C3" w:rsidRDefault="009927A0">
      <w:pPr>
        <w:autoSpaceDE w:val="0"/>
        <w:autoSpaceDN w:val="0"/>
        <w:spacing w:before="978" w:after="0" w:line="262" w:lineRule="auto"/>
        <w:ind w:left="3024" w:right="3600"/>
        <w:jc w:val="center"/>
        <w:rPr>
          <w:lang w:val="ru-RU"/>
        </w:rPr>
      </w:pPr>
      <w:r w:rsidRPr="00AD62C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AD62C3">
        <w:rPr>
          <w:lang w:val="ru-RU"/>
        </w:rPr>
        <w:br/>
      </w:r>
      <w:r w:rsidRPr="00AD62C3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AD62C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4095460)</w:t>
      </w:r>
    </w:p>
    <w:p w:rsidR="00682674" w:rsidRPr="00AD62C3" w:rsidRDefault="009927A0">
      <w:pPr>
        <w:autoSpaceDE w:val="0"/>
        <w:autoSpaceDN w:val="0"/>
        <w:spacing w:before="166" w:after="0" w:line="262" w:lineRule="auto"/>
        <w:ind w:left="3600" w:right="3888"/>
        <w:jc w:val="center"/>
        <w:rPr>
          <w:lang w:val="ru-RU"/>
        </w:rPr>
      </w:pPr>
      <w:r w:rsidRPr="00AD62C3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AD62C3">
        <w:rPr>
          <w:lang w:val="ru-RU"/>
        </w:rPr>
        <w:br/>
      </w:r>
      <w:r w:rsidRPr="00AD62C3">
        <w:rPr>
          <w:rFonts w:ascii="Times New Roman" w:eastAsia="Times New Roman" w:hAnsi="Times New Roman"/>
          <w:color w:val="000000"/>
          <w:sz w:val="24"/>
          <w:lang w:val="ru-RU"/>
        </w:rPr>
        <w:t>«Математика»</w:t>
      </w:r>
    </w:p>
    <w:p w:rsidR="00682674" w:rsidRPr="009927A0" w:rsidRDefault="009927A0">
      <w:pPr>
        <w:autoSpaceDE w:val="0"/>
        <w:autoSpaceDN w:val="0"/>
        <w:spacing w:before="670" w:after="0" w:line="262" w:lineRule="auto"/>
        <w:ind w:left="2304" w:right="2592"/>
        <w:jc w:val="center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для  5 класса основного общего образования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682674" w:rsidRPr="009927A0" w:rsidRDefault="009927A0">
      <w:pPr>
        <w:autoSpaceDE w:val="0"/>
        <w:autoSpaceDN w:val="0"/>
        <w:spacing w:before="2112" w:after="0" w:line="262" w:lineRule="auto"/>
        <w:ind w:left="7484" w:hanging="2412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Гатауллина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Фания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Хамитовна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учитель математики</w:t>
      </w:r>
    </w:p>
    <w:p w:rsidR="00682674" w:rsidRPr="009927A0" w:rsidRDefault="009927A0" w:rsidP="00773D33">
      <w:pPr>
        <w:autoSpaceDE w:val="0"/>
        <w:autoSpaceDN w:val="0"/>
        <w:spacing w:before="2830" w:after="0" w:line="230" w:lineRule="auto"/>
        <w:ind w:right="3722"/>
        <w:jc w:val="right"/>
        <w:rPr>
          <w:lang w:val="ru-RU"/>
        </w:rPr>
        <w:sectPr w:rsidR="00682674" w:rsidRPr="009927A0">
          <w:type w:val="continuous"/>
          <w:pgSz w:w="11900" w:h="16840"/>
          <w:pgMar w:top="298" w:right="868" w:bottom="398" w:left="1440" w:header="720" w:footer="720" w:gutter="0"/>
          <w:cols w:space="720" w:equalWidth="0">
            <w:col w:w="9592" w:space="0"/>
          </w:cols>
          <w:docGrid w:linePitch="360"/>
        </w:sectPr>
      </w:pP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Подлесная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Шентала 2022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1440" w:right="1440" w:bottom="1440" w:left="1440" w:header="720" w:footer="720" w:gutter="0"/>
          <w:cols w:space="720" w:equalWidth="0">
            <w:col w:w="9592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78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82674" w:rsidRPr="009927A0" w:rsidRDefault="009927A0">
      <w:pPr>
        <w:autoSpaceDE w:val="0"/>
        <w:autoSpaceDN w:val="0"/>
        <w:spacing w:before="346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"МАТЕМАТИКА" </w:t>
      </w:r>
    </w:p>
    <w:p w:rsidR="00682674" w:rsidRPr="009927A0" w:rsidRDefault="009927A0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рабочей программе учтены идеи и положения Концепции развития математического образования в Российской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общеобразовательной подготовки, в том числе и математической.</w:t>
      </w:r>
    </w:p>
    <w:p w:rsidR="00682674" w:rsidRPr="009927A0" w:rsidRDefault="009927A0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682674" w:rsidRPr="009927A0" w:rsidRDefault="009927A0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Практическая полезность математики обусловлена тем, что её предметом являются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разнообразной социальной, экономической, политической информации, малоэффективна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682674" w:rsidRPr="009927A0" w:rsidRDefault="009927A0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682674" w:rsidRPr="009927A0" w:rsidRDefault="009927A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682674" w:rsidRPr="009927A0" w:rsidRDefault="009927A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Необходимым компонентом общей культуры в современном толковании является общее знакомство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66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682674" w:rsidRPr="009927A0" w:rsidRDefault="009927A0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682674" w:rsidRPr="009927A0" w:rsidRDefault="009927A0">
      <w:pPr>
        <w:autoSpaceDE w:val="0"/>
        <w:autoSpaceDN w:val="0"/>
        <w:spacing w:before="262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КУРСА</w:t>
      </w:r>
    </w:p>
    <w:p w:rsidR="00682674" w:rsidRPr="009927A0" w:rsidRDefault="009927A0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Приоритетными целями обучения математике в 5 классе являются:</w:t>
      </w:r>
    </w:p>
    <w:p w:rsidR="00682674" w:rsidRPr="009927A0" w:rsidRDefault="009927A0">
      <w:pPr>
        <w:autoSpaceDE w:val="0"/>
        <w:autoSpaceDN w:val="0"/>
        <w:spacing w:before="180" w:after="0" w:line="271" w:lineRule="auto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продолжение формирования основных математических понятий (число, величина,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геометрическая фигура), обеспечивающих преемственность и перспективность математического образования обучающихся;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подведение обучающихся на доступном для них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уровне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к осознанию взаимосвязи математики и окружающего мира; </w:t>
      </w:r>
    </w:p>
    <w:p w:rsidR="00682674" w:rsidRPr="009927A0" w:rsidRDefault="009927A0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82674" w:rsidRPr="009927A0" w:rsidRDefault="009927A0">
      <w:pPr>
        <w:autoSpaceDE w:val="0"/>
        <w:autoSpaceDN w:val="0"/>
        <w:spacing w:before="178" w:after="0"/>
        <w:ind w:right="432"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682674" w:rsidRPr="009927A0" w:rsidRDefault="009927A0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арифметического материала начинается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со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вычислений. </w:t>
      </w:r>
    </w:p>
    <w:p w:rsidR="00682674" w:rsidRPr="009927A0" w:rsidRDefault="009927A0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обыкновенных дробей в полном объёме предшествует изучению десятичных дробей, что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целесообразно с точки зрения логики изложения числовой линии, когда правила действий с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</w:p>
    <w:p w:rsidR="00682674" w:rsidRPr="009927A0" w:rsidRDefault="009927A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При обучении решению текстовых задач в 5 классе используются арифметические приёмы решения.</w:t>
      </w:r>
    </w:p>
    <w:p w:rsidR="00682674" w:rsidRPr="009927A0" w:rsidRDefault="009927A0">
      <w:pPr>
        <w:autoSpaceDE w:val="0"/>
        <w:autoSpaceDN w:val="0"/>
        <w:spacing w:before="70" w:after="0" w:line="281" w:lineRule="auto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Текстовые задачи, решаемые при отработке вычислительных навыков в 5 классе,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86" w:right="666" w:bottom="34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78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используется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82674" w:rsidRPr="009927A0" w:rsidRDefault="009927A0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начальной школе, систематизируются и расширяются.</w:t>
      </w:r>
    </w:p>
    <w:p w:rsidR="00682674" w:rsidRPr="009927A0" w:rsidRDefault="009927A0">
      <w:pPr>
        <w:autoSpaceDE w:val="0"/>
        <w:autoSpaceDN w:val="0"/>
        <w:spacing w:before="262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682674" w:rsidRPr="009927A0" w:rsidRDefault="009927A0">
      <w:pPr>
        <w:autoSpaceDE w:val="0"/>
        <w:autoSpaceDN w:val="0"/>
        <w:spacing w:before="166" w:after="0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  170 учебных часов.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98" w:right="796" w:bottom="1440" w:left="666" w:header="720" w:footer="720" w:gutter="0"/>
          <w:cols w:space="720" w:equalWidth="0">
            <w:col w:w="10438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216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 "МАТЕМАТИКА"</w:t>
      </w:r>
    </w:p>
    <w:p w:rsidR="00682674" w:rsidRPr="009927A0" w:rsidRDefault="009927A0">
      <w:pPr>
        <w:autoSpaceDE w:val="0"/>
        <w:autoSpaceDN w:val="0"/>
        <w:spacing w:before="346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Натуральные числа и нуль</w:t>
      </w:r>
    </w:p>
    <w:p w:rsidR="00682674" w:rsidRPr="009927A0" w:rsidRDefault="009927A0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координатной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</w:t>
      </w:r>
    </w:p>
    <w:p w:rsidR="00682674" w:rsidRPr="009927A0" w:rsidRDefault="009927A0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</w:t>
      </w:r>
    </w:p>
    <w:p w:rsidR="00682674" w:rsidRPr="009927A0" w:rsidRDefault="009927A0">
      <w:pPr>
        <w:autoSpaceDE w:val="0"/>
        <w:autoSpaceDN w:val="0"/>
        <w:spacing w:before="70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Числовое выражение. Вычисление значений числовых выражений; порядок выполнения действий.</w:t>
      </w:r>
    </w:p>
    <w:p w:rsidR="00682674" w:rsidRPr="009927A0" w:rsidRDefault="009927A0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82674" w:rsidRPr="009927A0" w:rsidRDefault="009927A0">
      <w:pPr>
        <w:autoSpaceDE w:val="0"/>
        <w:autoSpaceDN w:val="0"/>
        <w:spacing w:before="262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Дроби</w:t>
      </w:r>
    </w:p>
    <w:p w:rsidR="00682674" w:rsidRPr="009927A0" w:rsidRDefault="009927A0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Сравнение десятичных дробей. Арифметические действия с десятичными дробями. Округление десятичных дробей.</w:t>
      </w:r>
    </w:p>
    <w:p w:rsidR="00682674" w:rsidRPr="009927A0" w:rsidRDefault="009927A0">
      <w:pPr>
        <w:autoSpaceDE w:val="0"/>
        <w:autoSpaceDN w:val="0"/>
        <w:spacing w:before="262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682674" w:rsidRPr="009927A0" w:rsidRDefault="009927A0">
      <w:pPr>
        <w:autoSpaceDE w:val="0"/>
        <w:autoSpaceDN w:val="0"/>
        <w:spacing w:before="168" w:after="0"/>
        <w:ind w:right="432"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Единицы измерения: массы, объёма, цены; расстояния, времени, скорости.</w:t>
      </w:r>
    </w:p>
    <w:p w:rsidR="00682674" w:rsidRPr="009927A0" w:rsidRDefault="009927A0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682674" w:rsidRPr="009927A0" w:rsidRDefault="009927A0">
      <w:pPr>
        <w:autoSpaceDE w:val="0"/>
        <w:autoSpaceDN w:val="0"/>
        <w:spacing w:before="262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682674" w:rsidRPr="009927A0" w:rsidRDefault="009927A0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ломаной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ств ст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орон и углов прямоугольника, квадрата. Площадь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436" w:right="622" w:bottom="342" w:left="666" w:header="720" w:footer="720" w:gutter="0"/>
          <w:cols w:space="720" w:equalWidth="0">
            <w:col w:w="10612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66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81" w:lineRule="auto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86" w:right="814" w:bottom="1440" w:left="666" w:header="720" w:footer="720" w:gutter="0"/>
          <w:cols w:space="720" w:equalWidth="0">
            <w:col w:w="10420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78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ОБРАЗОВАТЕЛЬНЫЕ РЕЗУЛЬТАТЫ </w:t>
      </w:r>
    </w:p>
    <w:p w:rsidR="00682674" w:rsidRPr="009927A0" w:rsidRDefault="009927A0">
      <w:pPr>
        <w:autoSpaceDE w:val="0"/>
        <w:autoSpaceDN w:val="0"/>
        <w:spacing w:before="346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учебного предмета «Математика» характеризуются: </w:t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Патриотическое воспитание: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Трудовое воспитание: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Ценности научного познания: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воспитание, формирование культуры здоровья и эмоционального благополучия: </w:t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признанием своего права на ошибку и такого же права другого человека.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Экологическое воспитание: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9927A0">
        <w:rPr>
          <w:lang w:val="ru-RU"/>
        </w:rPr>
        <w:tab/>
      </w:r>
      <w:proofErr w:type="gramStart"/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927A0">
        <w:rPr>
          <w:lang w:val="ru-RU"/>
        </w:rPr>
        <w:br/>
      </w: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78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82674" w:rsidRPr="009927A0" w:rsidRDefault="009927A0">
      <w:pPr>
        <w:autoSpaceDE w:val="0"/>
        <w:autoSpaceDN w:val="0"/>
        <w:spacing w:before="262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82674" w:rsidRPr="009927A0" w:rsidRDefault="009927A0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учебного предмета «</w:t>
      </w: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Математика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»х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арактеризуются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овладением </w:t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универсальными </w:t>
      </w:r>
      <w:r w:rsidRPr="009927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познавательными </w:t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действиями, универсальными </w:t>
      </w:r>
      <w:r w:rsidRPr="009927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коммуникативными </w:t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 и универсальными </w:t>
      </w:r>
      <w:r w:rsidRPr="009927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регулятивными </w:t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действиями.</w:t>
      </w:r>
    </w:p>
    <w:p w:rsidR="00682674" w:rsidRPr="009927A0" w:rsidRDefault="009927A0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Универсальные </w:t>
      </w:r>
      <w:r w:rsidRPr="009927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</w:t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682674" w:rsidRPr="009927A0" w:rsidRDefault="009927A0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682674" w:rsidRPr="009927A0" w:rsidRDefault="009927A0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воспринимать, формулировать и преобразовывать суждения: утвердительные и отрицательные, единичные, частные и общие;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682674" w:rsidRPr="009927A0" w:rsidRDefault="009927A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предлагать критерии для выявления закономерностей и противоречий;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:rsidR="00682674" w:rsidRPr="009927A0" w:rsidRDefault="009927A0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контрпримеры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682674" w:rsidRPr="009927A0" w:rsidRDefault="009927A0">
      <w:pPr>
        <w:autoSpaceDE w:val="0"/>
        <w:autoSpaceDN w:val="0"/>
        <w:spacing w:before="190" w:after="0" w:line="271" w:lineRule="auto"/>
        <w:ind w:left="420" w:right="1152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82674" w:rsidRPr="009927A0" w:rsidRDefault="009927A0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действия:</w:t>
      </w:r>
    </w:p>
    <w:p w:rsidR="00682674" w:rsidRPr="009927A0" w:rsidRDefault="009927A0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вопросы как исследовательский инструмент познания;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:rsidR="00682674" w:rsidRPr="009927A0" w:rsidRDefault="009927A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аргументировать свою позицию, мнение;</w:t>
      </w:r>
    </w:p>
    <w:p w:rsidR="00682674" w:rsidRPr="009927A0" w:rsidRDefault="009927A0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682674" w:rsidRPr="009927A0" w:rsidRDefault="009927A0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98" w:right="668" w:bottom="34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78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682674" w:rsidRPr="009927A0" w:rsidRDefault="009927A0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недостаточность и избыточность информации, данных, необходимых для решения задачи;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учителем или сформулированным самостоятельно.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180" w:after="0" w:line="262" w:lineRule="auto"/>
        <w:ind w:right="288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 Универсальные </w:t>
      </w:r>
      <w:r w:rsidRPr="009927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</w:t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 обеспечивают </w:t>
      </w:r>
      <w:proofErr w:type="spellStart"/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>сформированность</w:t>
      </w:r>
      <w:proofErr w:type="spellEnd"/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социальных навыков обучающихся.</w:t>
      </w:r>
    </w:p>
    <w:p w:rsidR="00682674" w:rsidRPr="009927A0" w:rsidRDefault="009927A0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682674" w:rsidRPr="009927A0" w:rsidRDefault="009927A0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 в соответствии с условиями и целями общения; </w:t>
      </w:r>
    </w:p>
    <w:p w:rsidR="00682674" w:rsidRPr="009927A0" w:rsidRDefault="009927A0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682674" w:rsidRPr="009927A0" w:rsidRDefault="009927A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корректной форме формулировать разногласия, свои возражения; </w:t>
      </w:r>
    </w:p>
    <w:p w:rsidR="00682674" w:rsidRPr="009927A0" w:rsidRDefault="009927A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результаты решения задачи, эксперимента, исследования, проекта;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аудитории.</w:t>
      </w:r>
    </w:p>
    <w:p w:rsidR="00682674" w:rsidRPr="009927A0" w:rsidRDefault="009927A0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Сотрудничество:</w:t>
      </w:r>
    </w:p>
    <w:p w:rsidR="00682674" w:rsidRPr="009927A0" w:rsidRDefault="009927A0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:rsidR="00682674" w:rsidRPr="009927A0" w:rsidRDefault="009927A0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обобщать мнения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людей; участвовать в групповых формах работы (обсуждения, обмен мнениями, мозговые штурмы и др.); </w:t>
      </w:r>
    </w:p>
    <w:p w:rsidR="00682674" w:rsidRPr="009927A0" w:rsidRDefault="009927A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 и координировать свои действия с другими членами команды;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оценивать качество своего вклада в общий продукт по критериям, сформулированным участниками взаимодействия.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 Универсальные </w:t>
      </w:r>
      <w:r w:rsidRPr="009927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</w:t>
      </w:r>
      <w:r w:rsidRPr="009927A0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смысловых установок и жизненных навыков личности.</w:t>
      </w:r>
    </w:p>
    <w:p w:rsidR="00682674" w:rsidRPr="009927A0" w:rsidRDefault="009927A0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682674" w:rsidRPr="009927A0" w:rsidRDefault="009927A0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98" w:right="830" w:bottom="384" w:left="666" w:header="720" w:footer="720" w:gutter="0"/>
          <w:cols w:space="720" w:equalWidth="0">
            <w:col w:w="10404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114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Самоконтроль:</w:t>
      </w:r>
    </w:p>
    <w:p w:rsidR="00682674" w:rsidRPr="009927A0" w:rsidRDefault="009927A0">
      <w:pPr>
        <w:autoSpaceDE w:val="0"/>
        <w:autoSpaceDN w:val="0"/>
        <w:spacing w:before="178" w:after="0" w:line="262" w:lineRule="auto"/>
        <w:ind w:left="420" w:right="1296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:rsidR="00682674" w:rsidRPr="009927A0" w:rsidRDefault="009927A0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82674" w:rsidRPr="009927A0" w:rsidRDefault="009927A0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цели, находить ошибку, давать оценку приобретённому опыту.</w:t>
      </w:r>
    </w:p>
    <w:p w:rsidR="00682674" w:rsidRPr="009927A0" w:rsidRDefault="009927A0">
      <w:pPr>
        <w:autoSpaceDE w:val="0"/>
        <w:autoSpaceDN w:val="0"/>
        <w:spacing w:before="324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82674" w:rsidRPr="009927A0" w:rsidRDefault="009927A0">
      <w:pPr>
        <w:autoSpaceDE w:val="0"/>
        <w:autoSpaceDN w:val="0"/>
        <w:spacing w:before="264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вычисления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координатной (числовой) прямой.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82674" w:rsidRPr="009927A0" w:rsidRDefault="009927A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Выполнять проверку, прикидку результата вычислений.</w:t>
      </w:r>
    </w:p>
    <w:p w:rsidR="00682674" w:rsidRPr="009927A0" w:rsidRDefault="009927A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Округлять натуральные числа.</w:t>
      </w:r>
    </w:p>
    <w:p w:rsidR="00682674" w:rsidRPr="009927A0" w:rsidRDefault="009927A0">
      <w:pPr>
        <w:autoSpaceDE w:val="0"/>
        <w:autoSpaceDN w:val="0"/>
        <w:spacing w:before="262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927A0">
        <w:rPr>
          <w:lang w:val="ru-RU"/>
        </w:rPr>
        <w:tab/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682674" w:rsidRPr="009927A0" w:rsidRDefault="009927A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Использовать краткие записи, схемы, таблицы, обозначения при решении задач.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и-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 чины через другие.</w:t>
      </w:r>
    </w:p>
    <w:p w:rsidR="00682674" w:rsidRPr="009927A0" w:rsidRDefault="009927A0">
      <w:pPr>
        <w:autoSpaceDE w:val="0"/>
        <w:autoSpaceDN w:val="0"/>
        <w:spacing w:before="72" w:after="0" w:line="262" w:lineRule="auto"/>
        <w:ind w:right="432"/>
        <w:jc w:val="center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82674" w:rsidRPr="009927A0" w:rsidRDefault="009927A0">
      <w:pPr>
        <w:autoSpaceDE w:val="0"/>
        <w:autoSpaceDN w:val="0"/>
        <w:spacing w:before="262"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9927A0">
        <w:rPr>
          <w:lang w:val="ru-RU"/>
        </w:rPr>
        <w:tab/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927A0">
        <w:rPr>
          <w:lang w:val="ru-RU"/>
        </w:rPr>
        <w:tab/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82674" w:rsidRPr="009927A0" w:rsidRDefault="009927A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Использовать свойства сторон и углов прямоугольника, квадрата для их построения, вычисления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334" w:right="774" w:bottom="332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66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230" w:lineRule="auto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площади и периметра.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927A0">
        <w:rPr>
          <w:lang w:val="ru-RU"/>
        </w:rPr>
        <w:tab/>
      </w:r>
      <w:proofErr w:type="gramStart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682674" w:rsidRPr="009927A0" w:rsidRDefault="009927A0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927A0">
        <w:rPr>
          <w:lang w:val="ru-RU"/>
        </w:rPr>
        <w:tab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82674" w:rsidRPr="009927A0" w:rsidRDefault="009927A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86" w:right="834" w:bottom="1440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64" w:line="220" w:lineRule="exact"/>
        <w:rPr>
          <w:lang w:val="ru-RU"/>
        </w:rPr>
      </w:pPr>
    </w:p>
    <w:p w:rsidR="00682674" w:rsidRDefault="009927A0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230"/>
        <w:gridCol w:w="528"/>
        <w:gridCol w:w="1104"/>
        <w:gridCol w:w="1142"/>
        <w:gridCol w:w="864"/>
        <w:gridCol w:w="3734"/>
        <w:gridCol w:w="1080"/>
        <w:gridCol w:w="3424"/>
      </w:tblGrid>
      <w:tr w:rsidR="00682674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82674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682674" w:rsidRDefault="00682674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</w:tr>
      <w:tr w:rsidR="00682674" w:rsidRPr="00AD62C3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1.  </w:t>
            </w:r>
            <w:r w:rsidRPr="009927A0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Натуральные числа. Действия с натуральными числами</w:t>
            </w:r>
          </w:p>
        </w:tc>
      </w:tr>
      <w:tr w:rsidR="0068267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9927A0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Десятичная система счисления.</w:t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Натуральное число.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Ряд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натуральных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Число 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02.09.2022 07.09.2022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Читать, записывать, сравнивать натуральные числа; предлагать и обсуждать способы упорядочивания чисел;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Натуральные числа на </w:t>
            </w:r>
            <w:proofErr w:type="gramStart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координатной</w:t>
            </w:r>
            <w:proofErr w:type="gramEnd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прямой.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округление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натуральных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чисел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08.09.2022 16.09.2022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</w:t>
            </w:r>
            <w:proofErr w:type="gramStart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координатную</w:t>
            </w:r>
            <w:proofErr w:type="gramEnd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прямую, отмечать числа точками на координатной прямой, находить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координаты точки;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Арифметические действия с натуральными числами. Свойства нуля при сложении и умножении, свойства единицы при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умножении.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19.09.2022 23.09.2022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натуральными числами, вычислять значения числовых выражений со скобками и без скобок;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Переместительное и сочетательное свойства сложения и умножения, распределительное свойство умножения относительно сложения.</w:t>
            </w:r>
          </w:p>
          <w:p w:rsidR="00682674" w:rsidRDefault="009927A0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задач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26.09.2022 27.09.2022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натуральными числами, вычислять значения числовых выражений со скобками и без скобок;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15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50" w:lineRule="auto"/>
              <w:ind w:left="72"/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Делители и кратные числа, разложение числа на множители. Простые и составные числа. Признаки делимости на 2, 5, 10, 3, 9.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остатком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Решение текстовых задач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28.09.2022 19.10.2022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определения делителя и кратного, называть делители и кратные числа; распознавать простые и составные числа; формулировать и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признаки делимости на 2, 3, 5, 9, 10;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Степень с натуральным показателем. Решение текстовых задач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20.10.2022 21.10.2022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Записывать произведение в виде степени, читать степени, использовать терминологию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показатель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вычислять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степеней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Числовые выражения; порядок действий. Решение текстовых задач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24.10.2022 08.11.2022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прикидку и оценку значений числовых выражений, предлагать и применять приёмы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проверки вычислений;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350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  <w:tr w:rsidR="00682674" w:rsidRPr="00AD62C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</w:t>
            </w:r>
            <w:r w:rsidRPr="009927A0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Наглядная геометрия. Линии на плоскости</w:t>
            </w:r>
          </w:p>
        </w:tc>
      </w:tr>
      <w:tr w:rsidR="00682674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Точка, прямая, отрезок, луч. Ломаная. Измерение длины отрезка, метрические единицы длины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09.11.2022 11.11.2022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Вычислять длины отрезков, ломаных;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6840" w:h="11900"/>
          <w:pgMar w:top="282" w:right="640" w:bottom="7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230"/>
        <w:gridCol w:w="528"/>
        <w:gridCol w:w="1104"/>
        <w:gridCol w:w="1142"/>
        <w:gridCol w:w="864"/>
        <w:gridCol w:w="3734"/>
        <w:gridCol w:w="1080"/>
        <w:gridCol w:w="3424"/>
      </w:tblGrid>
      <w:tr w:rsidR="00682674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Окружность и круг. Практическая </w:t>
            </w:r>
            <w:proofErr w:type="spellStart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</w:t>
            </w:r>
            <w:proofErr w:type="gramStart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</w:t>
            </w:r>
            <w:proofErr w:type="gramEnd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остроение</w:t>
            </w:r>
            <w:proofErr w:type="spellEnd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узора из окружностей»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14.11.2022 15.11.2022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конфигурации геометрических фигур из отрезков, окружностей, их частей на нелинованной и клетчатой бумаге; предлагать, описывать и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обсуждать способы, алгоритмы построения;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Угол. Прямой, острый, тупой и развернутый углы. Измерение углов. Практическая </w:t>
            </w:r>
            <w:proofErr w:type="spellStart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</w:t>
            </w:r>
            <w:proofErr w:type="gramStart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</w:t>
            </w:r>
            <w:proofErr w:type="gramEnd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остроение</w:t>
            </w:r>
            <w:proofErr w:type="spellEnd"/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углов»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16.11.2022 24.11.2022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 изображать на нелинованной и клетчатой бумаге прямой, острый, тупой,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развёрнутый углы; сравнивать углы;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348"/>
        </w:trPr>
        <w:tc>
          <w:tcPr>
            <w:tcW w:w="362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  <w:tr w:rsidR="0068267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Обыкновенные дроби</w:t>
            </w:r>
          </w:p>
        </w:tc>
      </w:tr>
      <w:tr w:rsidR="0068267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Дробь. Правильные и неправильные дроби.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свойство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дроби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25.11.2022 05.12.2022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Моделировать в графической, предметной форме, с помощью компьютера понятия и свойства, связанные с обыкновенной дробью;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дробей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06.12.2022 08.12.2022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и записывать, сравнивать обыкновенные дроби, предлагать, обосновывать и обсуждать способы упорядочивания дробей;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11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Сложение и вычитание обыкновенных дробей. Смешанная дробь. Решение текстовых задач, содержащих дроби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09.12.2022 28.12.2022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Формулировать, записывать с помощью букв основное свойство обыкновенной дроби;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основное свойство дроби для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сокращения дробей и приведения дроби к новому знаменателю;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7" w:lineRule="auto"/>
              <w:ind w:left="72" w:right="88"/>
              <w:jc w:val="both"/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Умножение и деление обыкновенных дробей; взаимно-обратные дроби.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содержащих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дроби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29.12.2022 27.01.2023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обыкновенными дробями; применять свойства арифметических действий для рационализации вычислений;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задачи на дроби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30.01.2023 03.02.2023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обыкновенными дробями; применять свойства арифметических действий для рационализации вычислений;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06.02.2023 08.02.2023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Формулировать, записывать с помощью букв основное свойство обыкновенной дроби;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основное свойство дроби для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сокращения дробей и приведения дроби к новому знаменателю;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  <w:tr w:rsidR="00682674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Наглядная геометрия. Многоугольники</w:t>
            </w:r>
          </w:p>
        </w:tc>
      </w:tr>
      <w:tr w:rsidR="00682674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Многоугольники. Четырёхугольник, прямоугольник, квадрат. Практическая работа «Построение прямоугольника с заданными сторонами на нелинованной бумаге»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09.02.2023 13.02.2023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Описывать, используя терминологию, изображать с помощью чертёжных инструментов и от руки,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моделировать из бумаги многоугольники;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Треугольник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Вычислять: периметр треугольника, прямоугольника, многоугольника; площадь прямоугольника, квадрата;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6840" w:h="11900"/>
          <w:pgMar w:top="284" w:right="640" w:bottom="5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230"/>
        <w:gridCol w:w="528"/>
        <w:gridCol w:w="1104"/>
        <w:gridCol w:w="1142"/>
        <w:gridCol w:w="864"/>
        <w:gridCol w:w="3734"/>
        <w:gridCol w:w="1080"/>
        <w:gridCol w:w="3424"/>
      </w:tblGrid>
      <w:tr w:rsidR="00682674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прямоугольников, единицы площади.</w:t>
            </w:r>
          </w:p>
          <w:p w:rsidR="00682674" w:rsidRDefault="009927A0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Периметр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многоугольника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15.02.2023 22.02.2023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Вычислять: периметр треугольника, прямоугольника, многоугольника; площадь прямоугольника, квадрата;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  <w:tr w:rsidR="0068267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Десятичные дроби </w:t>
            </w:r>
          </w:p>
        </w:tc>
      </w:tr>
      <w:tr w:rsidR="00682674">
        <w:trPr>
          <w:trHeight w:hRule="exact" w:val="111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2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23.02.2023 02.03.2023</w:t>
            </w:r>
          </w:p>
        </w:tc>
        <w:tc>
          <w:tcPr>
            <w:tcW w:w="3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десятичную дробь в виде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обыкновенной, читать и записывать, сравнивать десятичные дроби, предлагать, обосновывать и обсуждать способы упорядочивания десятичных дробей;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Сравнение десятичных дробей. Округление десятичных дробей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08.03.2023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правило округления десятичных дробей;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Действия с десятичными дробями. Решение текстовых задач, содержащих дроби.</w:t>
            </w:r>
          </w:p>
          <w:p w:rsidR="00682674" w:rsidRDefault="009927A0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дроби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09.03.2023 26.04.2023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исследования свойств десятичных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дробей, опираясь на числовые эксперименты (в том числе с помощью компьютера), выдвигать гипотезы и приводить их обоснования;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  <w:tr w:rsidR="00682674" w:rsidRPr="00AD62C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 xml:space="preserve">Раздел 6. Наглядная геометрия. Тела и фигуры в пространстве </w:t>
            </w:r>
          </w:p>
        </w:tc>
      </w:tr>
      <w:tr w:rsidR="00682674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Многогранники. Изображение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многогранников. Модели пространственных тел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27.04.2023 01.05.2023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в окружающем мире прямоугольный параллелепипед, куб,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многогранники, описывать, используя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терминологию, оценивать линейные размеры;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9927A0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Прямоугольный параллелепипед,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куб. Развёртки куба и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параллелепипеда. </w:t>
            </w:r>
            <w:proofErr w:type="spellStart"/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работа«Развёртка</w:t>
            </w:r>
            <w:proofErr w:type="spellEnd"/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куба</w:t>
            </w:r>
            <w:proofErr w:type="spellEnd"/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02.05.2023 05.05.2023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куб и параллелепипед из бумаги и прочих материалов, объяснять способ </w:t>
            </w:r>
            <w:r w:rsidRPr="009927A0">
              <w:rPr>
                <w:lang w:val="ru-RU"/>
              </w:rPr>
              <w:br/>
            </w: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Объём куба, прямоугольного параллелепипеда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08.05.2023 09.05.2023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изображать развёртки куба и параллелепипеда;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  <w:tr w:rsidR="00682674">
        <w:trPr>
          <w:trHeight w:hRule="exact" w:val="372"/>
        </w:trPr>
        <w:tc>
          <w:tcPr>
            <w:tcW w:w="10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Повторение и обобщение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  <w:tr w:rsidR="00682674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10.05.2023 25.05.2023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Решать задачи разными способами, сравнивать способы решения задачи, выбирать рациональный способ;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82674">
        <w:trPr>
          <w:trHeight w:hRule="exact" w:val="348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  <w:tr w:rsidR="00682674">
        <w:trPr>
          <w:trHeight w:hRule="exact" w:val="520"/>
        </w:trPr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682674"/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6840" w:h="11900"/>
          <w:pgMar w:top="284" w:right="640" w:bottom="8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82674" w:rsidRDefault="00682674">
      <w:pPr>
        <w:sectPr w:rsidR="00682674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78" w:line="220" w:lineRule="exact"/>
      </w:pPr>
    </w:p>
    <w:p w:rsidR="00682674" w:rsidRDefault="009927A0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732"/>
        <w:gridCol w:w="1620"/>
        <w:gridCol w:w="1668"/>
        <w:gridCol w:w="1164"/>
        <w:gridCol w:w="1682"/>
      </w:tblGrid>
      <w:tr w:rsidR="00682674" w:rsidTr="00B35C8F">
        <w:trPr>
          <w:trHeight w:hRule="exact" w:val="49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682674" w:rsidTr="00B35C8F">
        <w:trPr>
          <w:trHeight w:hRule="exact" w:val="828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74" w:rsidRDefault="00682674"/>
        </w:tc>
      </w:tr>
      <w:tr w:rsidR="004E1EAE" w:rsidTr="00B35C8F">
        <w:trPr>
          <w:trHeight w:hRule="exact" w:val="6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Ряд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E32ADA" w:rsidRDefault="00E32ADA">
            <w:pPr>
              <w:rPr>
                <w:lang w:val="ru-RU"/>
              </w:rPr>
            </w:pPr>
            <w:r>
              <w:rPr>
                <w:lang w:val="ru-RU"/>
              </w:rPr>
              <w:t>01.09.22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E1EAE" w:rsidTr="00B35C8F">
        <w:trPr>
          <w:trHeight w:hRule="exact" w:val="4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Ряд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02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Цифры. Десятичная запись натуральных чисел.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31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Цифры. Десятичная запись натуральных чисел.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Цифры. Десятичная запись натуральных чисел.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Отрезок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Длина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отрезка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E32ADA">
              <w:rPr>
                <w:lang w:val="ru-RU"/>
              </w:rPr>
              <w:t>.09.</w:t>
            </w:r>
            <w:r>
              <w:rPr>
                <w:lang w:val="ru-RU"/>
              </w:rPr>
              <w:t>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Отрезок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Длина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отрезка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Отрезок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Длина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отрезка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Ломаная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12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Отрезок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Длина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отрезка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Ломаная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13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Плоскость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Прямая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Луч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14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Плоскость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Прямая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Луч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15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Шкала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Координатный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луч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16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Шкала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Координатный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луч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19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Шкала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Координатный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луч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20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2D7F" w:rsidRPr="00C12D7F" w:rsidRDefault="00C12D7F" w:rsidP="00C12D7F">
            <w:pPr>
              <w:rPr>
                <w:lang w:val="ru-RU"/>
              </w:rPr>
            </w:pPr>
            <w:proofErr w:type="spellStart"/>
            <w:r w:rsidRPr="00C12D7F">
              <w:t>Практическая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работа</w:t>
            </w:r>
            <w:proofErr w:type="spellEnd"/>
            <w:r w:rsidRPr="00C12D7F">
              <w:t>;</w:t>
            </w:r>
          </w:p>
          <w:p w:rsidR="004E1EAE" w:rsidRDefault="00C12D7F" w:rsidP="00C12D7F">
            <w:proofErr w:type="spellStart"/>
            <w:r>
              <w:t>работа</w:t>
            </w:r>
            <w:proofErr w:type="spellEnd"/>
            <w:r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2</w:t>
            </w:r>
            <w:r w:rsidRPr="00E32ADA">
              <w:rPr>
                <w:lang w:val="ru-RU"/>
              </w:rPr>
              <w:t>1.09.22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22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t>2</w:t>
            </w:r>
            <w:r>
              <w:rPr>
                <w:lang w:val="ru-RU"/>
              </w:rPr>
              <w:t>3</w:t>
            </w:r>
            <w:r w:rsidRPr="00E32ADA"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и систематизация учебного материала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№ 1 по теме «Натуральные числа»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 w:rsidRPr="00E32ADA">
              <w:rPr>
                <w:lang w:val="ru-RU"/>
              </w:rPr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Сложение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t>2</w:t>
            </w:r>
            <w:r>
              <w:rPr>
                <w:lang w:val="ru-RU"/>
              </w:rPr>
              <w:t>8</w:t>
            </w:r>
            <w:r w:rsidRPr="00E32ADA"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Свойства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сложения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t>2</w:t>
            </w:r>
            <w:r>
              <w:rPr>
                <w:lang w:val="ru-RU"/>
              </w:rPr>
              <w:t>8</w:t>
            </w:r>
            <w:r w:rsidRPr="00E32ADA"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Сложение натуральных чисел и их свойства.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30</w:t>
            </w:r>
            <w:r w:rsidRPr="00E32ADA">
              <w:t>.09.22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«Сложение натуральных чисел».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E32ADA" w:rsidRDefault="00E32ADA">
            <w:pPr>
              <w:rPr>
                <w:lang w:val="ru-RU"/>
              </w:rPr>
            </w:pPr>
            <w:r>
              <w:rPr>
                <w:lang w:val="ru-RU"/>
              </w:rPr>
              <w:t>3.10.22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Вычитание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4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Свойства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вычитания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5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 w:rsidTr="00B35C8F">
        <w:trPr>
          <w:trHeight w:hRule="exact" w:val="4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Примеры на вычитание натуральных чисел</w:t>
            </w: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6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Правила вычитания числа из суммы.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C12D7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7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«Вычитание натуральных чисел».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10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Числовые и буквенные выражения. Формулы.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11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Формулы периметра прямоугольника и квадрата.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12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задач по теме «Числовые и буквенные выражения».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13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№ 2 по теме «Сложение и вычитание натуральных чисел»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14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BC2D6F">
            <w:proofErr w:type="spellStart"/>
            <w:r w:rsidRPr="00BC2D6F">
              <w:t>Контрольная</w:t>
            </w:r>
            <w:proofErr w:type="spellEnd"/>
            <w:r w:rsidRPr="00BC2D6F">
              <w:t xml:space="preserve"> </w:t>
            </w:r>
            <w:proofErr w:type="spellStart"/>
            <w:r w:rsidRPr="00BC2D6F">
              <w:t>работа</w:t>
            </w:r>
            <w:proofErr w:type="spellEnd"/>
          </w:p>
        </w:tc>
      </w:tr>
      <w:tr w:rsidR="004E1EA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Уравнение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17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Понятие корней уравнения. Нахождение корней уравнения</w:t>
            </w:r>
          </w:p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18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уравнений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19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Угол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Обозначение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углов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20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Угол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элементы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21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углов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24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Измерение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углов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>
            <w:r>
              <w:rPr>
                <w:lang w:val="ru-RU"/>
              </w:rPr>
              <w:t>25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Практическая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работа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развернутый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угол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Практическая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работа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биссектрисы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угла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Примеры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«Углы»</w:t>
            </w:r>
          </w:p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E32ADA" w:rsidP="00E32ADA">
            <w:r w:rsidRPr="00E32ADA">
              <w:rPr>
                <w:lang w:val="ru-RU"/>
              </w:rPr>
              <w:t>2</w:t>
            </w:r>
            <w:r>
              <w:rPr>
                <w:lang w:val="ru-RU"/>
              </w:rPr>
              <w:t>8</w:t>
            </w:r>
            <w:r w:rsidRPr="00E32ADA">
              <w:rPr>
                <w:lang w:val="ru-RU"/>
              </w:rPr>
              <w:t>.10.22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Практическая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работа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многоугольника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Примеры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E32ADA" w:rsidRDefault="00E32ADA">
            <w:pPr>
              <w:rPr>
                <w:lang w:val="ru-RU"/>
              </w:rPr>
            </w:pPr>
            <w:r>
              <w:rPr>
                <w:lang w:val="ru-RU"/>
              </w:rPr>
              <w:t>7.11.22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9F4261" w:rsidRDefault="004E1EAE" w:rsidP="00BC2D6F">
            <w:pPr>
              <w:spacing w:after="0" w:line="240" w:lineRule="auto"/>
              <w:rPr>
                <w:rFonts w:ascii="Times New Roman" w:hAnsi="Times New Roman"/>
                <w:spacing w:val="-14"/>
                <w:sz w:val="24"/>
                <w:szCs w:val="24"/>
              </w:rPr>
            </w:pPr>
            <w:proofErr w:type="spellStart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>Равные</w:t>
            </w:r>
            <w:proofErr w:type="spellEnd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>фигуры</w:t>
            </w:r>
            <w:proofErr w:type="spellEnd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>Построение</w:t>
            </w:r>
            <w:proofErr w:type="spellEnd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>равных</w:t>
            </w:r>
            <w:proofErr w:type="spellEnd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F4261">
              <w:rPr>
                <w:rFonts w:ascii="Times New Roman" w:hAnsi="Times New Roman"/>
                <w:spacing w:val="-14"/>
                <w:sz w:val="24"/>
                <w:szCs w:val="24"/>
              </w:rPr>
              <w:t>фигур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8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треугольника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9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Треугольник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10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Построение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треугольников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11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 «Треугольники»</w:t>
            </w:r>
          </w:p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14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Практическая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работа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прямоугольника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15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Прямоугольник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элементы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16</w:t>
            </w:r>
            <w:r w:rsid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Ось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симметрии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фигуры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1</w:t>
            </w:r>
            <w:r w:rsidR="00E32ADA" w:rsidRPr="00E32ADA">
              <w:rPr>
                <w:lang w:val="ru-RU"/>
              </w:rPr>
              <w:t>7.11.22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и систематизация учебного процесса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18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>Действия с натуральными числами. Умножение.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21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Переместительное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свойство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умножения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22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Умножение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23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24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Сочетательное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свойство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умножения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25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Распределительное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свойство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28</w:t>
            </w:r>
            <w:r w:rsidR="00E32ADA" w:rsidRPr="00E32ADA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 сочетательного и распределительного свойств умножения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29</w:t>
            </w:r>
            <w:r w:rsidRPr="004E1F35">
              <w:rPr>
                <w:lang w:val="ru-RU"/>
              </w:rPr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Действие с натуральными числами. Деление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30</w:t>
            </w:r>
            <w:r w:rsidRPr="004E1F35">
              <w:t>.11.22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Деление натурального числа на 10, 100, 1000 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F35" w:rsidRDefault="004E1F35">
            <w:pPr>
              <w:rPr>
                <w:lang w:val="ru-RU"/>
              </w:rPr>
            </w:pPr>
            <w:r>
              <w:rPr>
                <w:lang w:val="ru-RU"/>
              </w:rPr>
              <w:t>1.12.22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5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6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компонентов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частного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7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8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остатком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9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Запись делимого по формуле </w:t>
            </w:r>
            <w:r w:rsidRPr="00D5184D">
              <w:rPr>
                <w:rFonts w:ascii="Times New Roman" w:hAnsi="Times New Roman"/>
                <w:sz w:val="24"/>
                <w:szCs w:val="24"/>
              </w:rPr>
              <w:t>a</w:t>
            </w: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bq</w:t>
            </w:r>
            <w:proofErr w:type="spellEnd"/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  <w:r w:rsidRPr="00D5184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 w:rsidRPr="004E1F35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деления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 w:rsidRPr="004E1F35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Степень числа. Возведение числа в степень</w:t>
            </w:r>
          </w:p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 w:rsidRPr="004E1F35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Квадраты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кубы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 w:rsidRPr="004E1F35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№ 4 по теме «Умножение и деление натуральных чисел»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 w:rsidRPr="004E1F35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BC2D6F">
            <w:proofErr w:type="spellStart"/>
            <w:r w:rsidRPr="00BC2D6F">
              <w:t>Контрольная</w:t>
            </w:r>
            <w:proofErr w:type="spellEnd"/>
            <w:r w:rsidRPr="00BC2D6F">
              <w:t xml:space="preserve"> </w:t>
            </w:r>
            <w:proofErr w:type="spellStart"/>
            <w:r w:rsidRPr="00BC2D6F">
              <w:t>работа</w:t>
            </w:r>
            <w:proofErr w:type="spellEnd"/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площади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фигуры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 w:rsidRPr="004E1F35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Свойства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площади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20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Единицы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измерения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площади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</w:t>
            </w:r>
            <w:r w:rsidRPr="004E1F35">
              <w:rPr>
                <w:lang w:val="ru-RU"/>
              </w:rPr>
              <w:t>1.12.22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94298" w:rsidRDefault="004E1EAE" w:rsidP="00BC2D6F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spellStart"/>
            <w:r w:rsidRPr="00294298">
              <w:rPr>
                <w:rFonts w:ascii="Times New Roman" w:hAnsi="Times New Roman"/>
                <w:spacing w:val="-6"/>
                <w:sz w:val="24"/>
                <w:szCs w:val="24"/>
              </w:rPr>
              <w:t>Площадь</w:t>
            </w:r>
            <w:proofErr w:type="spellEnd"/>
            <w:r w:rsidRPr="0029429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94298">
              <w:rPr>
                <w:rFonts w:ascii="Times New Roman" w:hAnsi="Times New Roman"/>
                <w:spacing w:val="-6"/>
                <w:sz w:val="24"/>
                <w:szCs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</w:t>
            </w:r>
            <w:proofErr w:type="spellStart"/>
            <w:r w:rsidRPr="00294298">
              <w:rPr>
                <w:rFonts w:ascii="Times New Roman" w:hAnsi="Times New Roman"/>
                <w:spacing w:val="-6"/>
                <w:sz w:val="24"/>
                <w:szCs w:val="24"/>
              </w:rPr>
              <w:t>Решение</w:t>
            </w:r>
            <w:proofErr w:type="spellEnd"/>
            <w:r w:rsidRPr="0029429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94298">
              <w:rPr>
                <w:rFonts w:ascii="Times New Roman" w:hAnsi="Times New Roman"/>
                <w:spacing w:val="-6"/>
                <w:sz w:val="24"/>
                <w:szCs w:val="24"/>
              </w:rPr>
              <w:t>задач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 w:rsidRPr="004E1F35">
              <w:rPr>
                <w:lang w:val="ru-RU"/>
              </w:rPr>
              <w:t>2</w:t>
            </w:r>
            <w:r>
              <w:rPr>
                <w:lang w:val="ru-RU"/>
              </w:rPr>
              <w:t>2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прямоугольного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 w:rsidRPr="004E1F35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94298" w:rsidRDefault="004E1EAE" w:rsidP="00BC2D6F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proofErr w:type="spellStart"/>
            <w:r w:rsidRPr="00294298">
              <w:rPr>
                <w:rFonts w:ascii="Times New Roman" w:hAnsi="Times New Roman"/>
                <w:spacing w:val="-10"/>
                <w:sz w:val="24"/>
                <w:szCs w:val="24"/>
              </w:rPr>
              <w:t>Построение</w:t>
            </w:r>
            <w:proofErr w:type="spellEnd"/>
            <w:r w:rsidRPr="0029429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298">
              <w:rPr>
                <w:rFonts w:ascii="Times New Roman" w:hAnsi="Times New Roman"/>
                <w:spacing w:val="-10"/>
                <w:sz w:val="24"/>
                <w:szCs w:val="24"/>
              </w:rPr>
              <w:t>прямоугольного</w:t>
            </w:r>
            <w:proofErr w:type="spellEnd"/>
            <w:r w:rsidRPr="0029429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298">
              <w:rPr>
                <w:rFonts w:ascii="Times New Roman" w:hAnsi="Times New Roman"/>
                <w:spacing w:val="-10"/>
                <w:sz w:val="24"/>
                <w:szCs w:val="24"/>
              </w:rPr>
              <w:t>параллелепипеда</w:t>
            </w:r>
            <w:proofErr w:type="spellEnd"/>
            <w:r w:rsidRPr="00294298">
              <w:rPr>
                <w:rFonts w:ascii="Times New Roman" w:hAnsi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F35">
            <w:r>
              <w:rPr>
                <w:lang w:val="ru-RU"/>
              </w:rPr>
              <w:t>26</w:t>
            </w:r>
            <w:r w:rsidRPr="004E1F35">
              <w:rPr>
                <w:lang w:val="ru-RU"/>
              </w:rPr>
              <w:t>.12.22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E06998" w:rsidRDefault="004E1EAE" w:rsidP="00BC2D6F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E06998">
              <w:rPr>
                <w:rFonts w:ascii="Times New Roman" w:hAnsi="Times New Roman"/>
                <w:spacing w:val="-8"/>
                <w:sz w:val="24"/>
                <w:szCs w:val="24"/>
              </w:rPr>
              <w:t>Понятие</w:t>
            </w:r>
            <w:proofErr w:type="spellEnd"/>
            <w:r w:rsidRPr="00E0699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06998">
              <w:rPr>
                <w:rFonts w:ascii="Times New Roman" w:hAnsi="Times New Roman"/>
                <w:spacing w:val="-8"/>
                <w:sz w:val="24"/>
                <w:szCs w:val="24"/>
              </w:rPr>
              <w:t>пирамиды</w:t>
            </w:r>
            <w:proofErr w:type="spellEnd"/>
            <w:r w:rsidRPr="00E0699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. </w:t>
            </w:r>
            <w:proofErr w:type="spellStart"/>
            <w:r w:rsidRPr="00E06998">
              <w:rPr>
                <w:rFonts w:ascii="Times New Roman" w:hAnsi="Times New Roman"/>
                <w:spacing w:val="-8"/>
                <w:sz w:val="24"/>
                <w:szCs w:val="24"/>
              </w:rPr>
              <w:t>Построение</w:t>
            </w:r>
            <w:proofErr w:type="spellEnd"/>
            <w:r w:rsidRPr="00E0699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06998">
              <w:rPr>
                <w:rFonts w:ascii="Times New Roman" w:hAnsi="Times New Roman"/>
                <w:spacing w:val="-8"/>
                <w:sz w:val="24"/>
                <w:szCs w:val="24"/>
              </w:rPr>
              <w:t>пирамиды</w:t>
            </w:r>
            <w:proofErr w:type="spellEnd"/>
            <w:r w:rsidRPr="00E06998">
              <w:rPr>
                <w:rFonts w:ascii="Times New Roman" w:hAnsi="Times New Roman"/>
                <w:spacing w:val="-8"/>
                <w:sz w:val="24"/>
                <w:szCs w:val="24"/>
              </w:rPr>
              <w:t>.</w:t>
            </w:r>
          </w:p>
          <w:p w:rsidR="004E1EAE" w:rsidRPr="00E06998" w:rsidRDefault="004E1EAE" w:rsidP="00BC2D6F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9.01.23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4E1EAE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EAE">
              <w:rPr>
                <w:rFonts w:ascii="Times New Roman" w:hAnsi="Times New Roman"/>
                <w:sz w:val="24"/>
                <w:szCs w:val="24"/>
                <w:lang w:val="ru-RU"/>
              </w:rPr>
              <w:t>Понятие объема. Объем прямоугольного параллелепипеда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10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Формула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объема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прямоугольного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11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Практическая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работа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формулы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12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13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Комбинаторные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16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комбинаторных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17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комбинаторных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1</w:t>
            </w:r>
            <w:r w:rsidRPr="008B4E9E">
              <w:rPr>
                <w:lang w:val="ru-RU"/>
              </w:rPr>
              <w:t>8.01.23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систематизация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материала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8B4E9E">
            <w:r>
              <w:rPr>
                <w:lang w:val="ru-RU"/>
              </w:rPr>
              <w:t>19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E1EAE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систематизация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материала</w:t>
            </w:r>
            <w:proofErr w:type="spellEnd"/>
          </w:p>
          <w:p w:rsidR="004E1EAE" w:rsidRPr="00D5184D" w:rsidRDefault="004E1EAE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4E1EA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Pr="008B4E9E" w:rsidRDefault="008B4E9E">
            <w:pPr>
              <w:rPr>
                <w:lang w:val="ru-RU"/>
              </w:rPr>
            </w:pPr>
            <w:r>
              <w:rPr>
                <w:lang w:val="ru-RU"/>
              </w:rPr>
              <w:t>23.01.23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1EAE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>
            <w:pPr>
              <w:rPr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№ 5 по теме «Площади и объемы фигур»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8B4E9E">
            <w:r w:rsidRPr="008B4E9E"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BC2D6F">
            <w:proofErr w:type="spellStart"/>
            <w:r w:rsidRPr="00BC2D6F">
              <w:t>Контрольная</w:t>
            </w:r>
            <w:proofErr w:type="spellEnd"/>
            <w:r w:rsidRPr="00BC2D6F">
              <w:t xml:space="preserve"> </w:t>
            </w:r>
            <w:proofErr w:type="spellStart"/>
            <w:r w:rsidRPr="00BC2D6F">
              <w:t>работа</w:t>
            </w:r>
            <w:proofErr w:type="spellEnd"/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обыкновенной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8B4E9E">
            <w:r w:rsidRPr="008B4E9E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8B4E9E">
            <w:r w:rsidRPr="008B4E9E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на нахождение дроби от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8B4E9E">
            <w:r w:rsidRPr="008B4E9E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 w:rsidRPr="008B4E9E">
              <w:rPr>
                <w:lang w:val="ru-RU"/>
              </w:rPr>
              <w:t>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Нахождение числа по его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3</w:t>
            </w:r>
            <w:r w:rsidRPr="008B4E9E">
              <w:rPr>
                <w:lang w:val="ru-RU"/>
              </w:rPr>
              <w:t>0.01.23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на нахождение числа по его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31.02</w:t>
            </w:r>
            <w:r w:rsidRPr="008B4E9E">
              <w:rPr>
                <w:lang w:val="ru-RU"/>
              </w:rPr>
              <w:t>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Правильные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неправильные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8B4E9E">
            <w:r>
              <w:rPr>
                <w:lang w:val="ru-RU"/>
              </w:rPr>
              <w:t>1</w:t>
            </w:r>
            <w:r w:rsidRPr="008B4E9E">
              <w:rPr>
                <w:lang w:val="ru-RU"/>
              </w:rPr>
              <w:t>.</w:t>
            </w:r>
            <w:r>
              <w:rPr>
                <w:lang w:val="ru-RU"/>
              </w:rPr>
              <w:t>02.</w:t>
            </w:r>
            <w:r w:rsidRPr="008B4E9E">
              <w:rPr>
                <w:lang w:val="ru-RU"/>
              </w:rPr>
              <w:t>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Откладывание дробей на координатном луче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2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3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Правило сложения и вычитания дробей с одинаковыми знаменателями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6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Примеры на сложение и вычитание дробей с одинаковыми знаменателями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7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Дроби и деление натуральных чисел.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8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смешанного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9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Запись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смешанного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 w:rsidRPr="008B4E9E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Преобразование смешанного числа в неправильную дробь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 w:rsidRPr="008B4E9E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Преобразование неправильной дроби в смешанное число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 w:rsidRPr="008B4E9E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 w:rsidRPr="008B4E9E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систематизация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материала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 w:rsidRPr="008B4E9E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№ 6 по теме «Обыкновенные дроби»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 w:rsidRPr="008B4E9E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BC2D6F">
            <w:proofErr w:type="spellStart"/>
            <w:r w:rsidRPr="00BC2D6F">
              <w:t>Контрольная</w:t>
            </w:r>
            <w:proofErr w:type="spellEnd"/>
            <w:r w:rsidRPr="00BC2D6F">
              <w:t xml:space="preserve"> </w:t>
            </w:r>
            <w:proofErr w:type="spellStart"/>
            <w:r w:rsidRPr="00BC2D6F">
              <w:t>работа</w:t>
            </w:r>
            <w:proofErr w:type="spellEnd"/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proofErr w:type="spellEnd"/>
            <w:r w:rsidRPr="00D5184D">
              <w:rPr>
                <w:rFonts w:ascii="Times New Roman" w:hAnsi="Times New Roman"/>
                <w:b/>
                <w:sz w:val="24"/>
                <w:szCs w:val="24"/>
              </w:rPr>
              <w:t xml:space="preserve"> 5. </w:t>
            </w:r>
            <w:proofErr w:type="spellStart"/>
            <w:r w:rsidRPr="00D5184D">
              <w:rPr>
                <w:rFonts w:ascii="Times New Roman" w:hAnsi="Times New Roman"/>
                <w:b/>
                <w:sz w:val="24"/>
                <w:szCs w:val="24"/>
              </w:rPr>
              <w:t>Десятичные</w:t>
            </w:r>
            <w:proofErr w:type="spellEnd"/>
            <w:r w:rsidRPr="00D518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b/>
                <w:sz w:val="24"/>
                <w:szCs w:val="24"/>
              </w:rPr>
              <w:t>дроби</w:t>
            </w:r>
            <w:proofErr w:type="spellEnd"/>
            <w:r w:rsidRPr="00D5184D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Pr="00D518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 w:rsidRPr="00D518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20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Представление о десятичных дробях. Понятие целой и дробной части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>
              <w:rPr>
                <w:lang w:val="ru-RU"/>
              </w:rPr>
              <w:t>2</w:t>
            </w:r>
            <w:r w:rsidRPr="008B4E9E">
              <w:rPr>
                <w:lang w:val="ru-RU"/>
              </w:rPr>
              <w:t>1.02.23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Десятичная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запись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>
            <w:r w:rsidRPr="008B4E9E">
              <w:rPr>
                <w:lang w:val="ru-RU"/>
              </w:rPr>
              <w:t>2</w:t>
            </w:r>
            <w:r w:rsidR="007D28A7">
              <w:rPr>
                <w:lang w:val="ru-RU"/>
              </w:rPr>
              <w:t>2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Запись десятичной дроби в виде обыкновенной и наоборот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7D28A7">
            <w:r w:rsidRPr="008B4E9E">
              <w:rPr>
                <w:lang w:val="ru-RU"/>
              </w:rPr>
              <w:t>2</w:t>
            </w:r>
            <w:r w:rsidR="007D28A7">
              <w:rPr>
                <w:lang w:val="ru-RU"/>
              </w:rPr>
              <w:t>3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7D28A7">
            <w:r w:rsidRPr="008B4E9E">
              <w:rPr>
                <w:lang w:val="ru-RU"/>
              </w:rPr>
              <w:t>2</w:t>
            </w:r>
            <w:r w:rsidR="007D28A7">
              <w:rPr>
                <w:lang w:val="ru-RU"/>
              </w:rPr>
              <w:t>4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7D28A7">
            <w:r w:rsidRPr="008B4E9E">
              <w:rPr>
                <w:lang w:val="ru-RU"/>
              </w:rPr>
              <w:t>2</w:t>
            </w:r>
            <w:r w:rsidR="007D28A7">
              <w:rPr>
                <w:lang w:val="ru-RU"/>
              </w:rPr>
              <w:t>7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Правило сравнение десятичных дробей по разрядам.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8B4E9E" w:rsidP="007D28A7">
            <w:r w:rsidRPr="008B4E9E">
              <w:rPr>
                <w:lang w:val="ru-RU"/>
              </w:rPr>
              <w:t>2</w:t>
            </w:r>
            <w:r w:rsidR="007D28A7">
              <w:rPr>
                <w:lang w:val="ru-RU"/>
              </w:rPr>
              <w:t>8</w:t>
            </w:r>
            <w:r w:rsidRPr="008B4E9E">
              <w:rPr>
                <w:lang w:val="ru-RU"/>
              </w:rPr>
              <w:t>.02.23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правила сравнения 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7D28A7" w:rsidRDefault="007D28A7">
            <w:pPr>
              <w:rPr>
                <w:lang w:val="ru-RU"/>
              </w:rPr>
            </w:pPr>
            <w:r>
              <w:rPr>
                <w:lang w:val="ru-RU"/>
              </w:rPr>
              <w:t>1.03.23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приближенного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значения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2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Правило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округления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3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Правило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округления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6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Сложение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7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Сложение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8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Вычитание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9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Вычитание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 w:rsidRPr="007D28A7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Вычитание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 w:rsidRPr="007D28A7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№ 7 по теме </w:t>
            </w:r>
            <w:r w:rsidRPr="004A53D3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«Сложение и вычитание десятичных дробей»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 w:rsidRPr="007D28A7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BC2D6F">
            <w:proofErr w:type="spellStart"/>
            <w:r w:rsidRPr="00BC2D6F">
              <w:t>Контрольная</w:t>
            </w:r>
            <w:proofErr w:type="spellEnd"/>
            <w:r w:rsidRPr="00BC2D6F">
              <w:t xml:space="preserve"> </w:t>
            </w:r>
            <w:proofErr w:type="spellStart"/>
            <w:r w:rsidRPr="00BC2D6F">
              <w:t>работа</w:t>
            </w:r>
            <w:proofErr w:type="spellEnd"/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Умножение десятичных дробей.  Правило умножения на 10, 100, 1000 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 w:rsidRPr="007D28A7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правила умножения на 10, 100, 1000 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 w:rsidRPr="007D28A7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Правило умножения на 0,1; 0,01; 0,001и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 w:rsidRPr="007D28A7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Применения правил умножения на 0,1; 0,01; 0,001и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20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Правило умножения двух 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2</w:t>
            </w:r>
            <w:r w:rsidRPr="007D28A7">
              <w:rPr>
                <w:lang w:val="ru-RU"/>
              </w:rPr>
              <w:t>1.03.23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правила умножения двух 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>
            <w:r>
              <w:rPr>
                <w:lang w:val="ru-RU"/>
              </w:rPr>
              <w:t>22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Умножение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 w:rsidP="007D28A7">
            <w:r w:rsidRPr="007D28A7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Деление десятичных дробей  Правило деления на 10, 100, 1000 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7D28A7" w:rsidP="007D28A7">
            <w:r w:rsidRPr="007D28A7"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 w:rsidRPr="007D28A7">
              <w:rPr>
                <w:lang w:val="ru-RU"/>
              </w:rPr>
              <w:t>.03.23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правила деления на 10, 100, 1000 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 w:rsidP="007D28A7">
            <w:r>
              <w:rPr>
                <w:lang w:val="ru-RU"/>
              </w:rPr>
              <w:t>3.04</w:t>
            </w:r>
            <w:r w:rsidR="007D28A7" w:rsidRPr="007D28A7">
              <w:rPr>
                <w:lang w:val="ru-RU"/>
              </w:rPr>
              <w:t>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Правило деления на 0,1; 0,01; 0,001и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 w:rsidP="007D28A7">
            <w:r>
              <w:rPr>
                <w:lang w:val="ru-RU"/>
              </w:rPr>
              <w:t>5.04</w:t>
            </w:r>
            <w:r w:rsidR="007D28A7" w:rsidRPr="007D28A7">
              <w:rPr>
                <w:lang w:val="ru-RU"/>
              </w:rPr>
              <w:t>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Применения правила деления на 0,1; 0,01; 0,001и т.д.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 w:rsidP="007D28A7">
            <w:r>
              <w:rPr>
                <w:lang w:val="ru-RU"/>
              </w:rPr>
              <w:t>6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Правило деления двух 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7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правила деления двух 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10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11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деления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12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13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№ 8 по теме «Умножение и деление десятичных дробей»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14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BC2D6F">
            <w:proofErr w:type="spellStart"/>
            <w:r w:rsidRPr="00BC2D6F">
              <w:t>Контрольная</w:t>
            </w:r>
            <w:proofErr w:type="spellEnd"/>
            <w:r w:rsidRPr="00BC2D6F">
              <w:t xml:space="preserve"> </w:t>
            </w:r>
            <w:proofErr w:type="spellStart"/>
            <w:r w:rsidRPr="00BC2D6F">
              <w:t>работа</w:t>
            </w:r>
            <w:proofErr w:type="spellEnd"/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среднего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значения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17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Среднее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величины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18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Среднее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арифметическое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19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Первые представления о процентах. Запись процента в виде десятичной дроби.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20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процентов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21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24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на нахождение процентов от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 w:rsidP="006D27C4">
            <w:r w:rsidRPr="006D27C4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Нахождение числа по его процентам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 w:rsidP="006D27C4">
            <w:r w:rsidRPr="006D27C4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на нахождение числа по его процентам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 w:rsidP="006D27C4">
            <w:r w:rsidRPr="006D27C4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Решение текстовых задач на нахождение числа по его процентам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6D27C4">
            <w:r>
              <w:rPr>
                <w:lang w:val="ru-RU"/>
              </w:rPr>
              <w:t>28</w:t>
            </w:r>
            <w:r w:rsidRPr="006D27C4">
              <w:rPr>
                <w:lang w:val="ru-RU"/>
              </w:rPr>
              <w:t>.04.23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3A07F9" w:rsidRDefault="003A07F9">
            <w:pPr>
              <w:rPr>
                <w:lang w:val="ru-RU"/>
              </w:rPr>
            </w:pPr>
            <w:r>
              <w:rPr>
                <w:lang w:val="ru-RU"/>
              </w:rPr>
              <w:t>3.05.23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 систематизация учебного материала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4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контрольной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5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№ 9 по теме «Задачи на проценты»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BC2D6F" w:rsidRDefault="00BC2D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8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BC2D6F">
            <w:proofErr w:type="spellStart"/>
            <w:r w:rsidRPr="00BC2D6F">
              <w:t>Контрольная</w:t>
            </w:r>
            <w:proofErr w:type="spellEnd"/>
            <w:r w:rsidRPr="00BC2D6F">
              <w:t xml:space="preserve"> </w:t>
            </w:r>
            <w:proofErr w:type="spellStart"/>
            <w:r w:rsidRPr="00BC2D6F">
              <w:t>работа</w:t>
            </w:r>
            <w:proofErr w:type="spellEnd"/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Повторение и систематизация учебного материала (14 часов)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10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Сравнение натуральных чисел. Действия с натуральными числами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11.</w:t>
            </w:r>
            <w:r w:rsidRPr="003A07F9">
              <w:rPr>
                <w:lang w:val="ru-RU"/>
              </w:rPr>
              <w:t>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Комбинаторные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12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Степень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Комбинаторные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</w:p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15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16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Смешанные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17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18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19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Умножение и деление 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22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Проценты. Нахождение процентов от числа.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23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Тестирование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Нахождение числа по его процентам.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24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Устный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опрос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4A53D3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3D3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Геометрические фигуры. Площади фигур.  Объемы фигур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25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C12D7F">
            <w:proofErr w:type="spellStart"/>
            <w:r w:rsidRPr="00C12D7F">
              <w:t>Письменный</w:t>
            </w:r>
            <w:proofErr w:type="spellEnd"/>
            <w:r w:rsidRPr="00C12D7F">
              <w:t xml:space="preserve"> </w:t>
            </w:r>
            <w:proofErr w:type="spellStart"/>
            <w:r w:rsidRPr="00C12D7F">
              <w:t>контроль</w:t>
            </w:r>
            <w:proofErr w:type="spellEnd"/>
            <w:r w:rsidRPr="00C12D7F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контрольной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26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E32ADA">
            <w:proofErr w:type="spellStart"/>
            <w:r w:rsidRPr="00E32ADA">
              <w:t>Письменный</w:t>
            </w:r>
            <w:proofErr w:type="spellEnd"/>
            <w:r w:rsidRPr="00E32ADA">
              <w:t xml:space="preserve"> </w:t>
            </w:r>
            <w:proofErr w:type="spellStart"/>
            <w:r w:rsidRPr="00E32ADA">
              <w:t>контроль</w:t>
            </w:r>
            <w:proofErr w:type="spellEnd"/>
            <w:r w:rsidRPr="00E32ADA">
              <w:t>;</w:t>
            </w:r>
          </w:p>
        </w:tc>
      </w:tr>
      <w:tr w:rsidR="004A53D3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D5184D" w:rsidRDefault="004A53D3" w:rsidP="00BC2D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D51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184D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4A53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217D14" w:rsidRDefault="00217D1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Default="003A07F9">
            <w:r>
              <w:rPr>
                <w:lang w:val="ru-RU"/>
              </w:rPr>
              <w:t>29</w:t>
            </w:r>
            <w:r w:rsidRPr="003A07F9">
              <w:rPr>
                <w:lang w:val="ru-RU"/>
              </w:rPr>
              <w:t>.05.23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53D3" w:rsidRPr="00E32ADA" w:rsidRDefault="00E32ADA">
            <w:pPr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</w:tr>
      <w:tr w:rsidR="00682674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9927A0" w:rsidRDefault="009927A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927A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Default="009927A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217D14" w:rsidRDefault="00217D1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82674" w:rsidRPr="00217D14" w:rsidRDefault="00217D1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</w:p>
        </w:tc>
      </w:tr>
    </w:tbl>
    <w:p w:rsidR="00682674" w:rsidRDefault="00682674">
      <w:pPr>
        <w:autoSpaceDE w:val="0"/>
        <w:autoSpaceDN w:val="0"/>
        <w:spacing w:after="0" w:line="14" w:lineRule="exact"/>
      </w:pPr>
    </w:p>
    <w:p w:rsidR="00682674" w:rsidRDefault="00682674">
      <w:pPr>
        <w:sectPr w:rsidR="0068267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Default="00682674">
      <w:pPr>
        <w:autoSpaceDE w:val="0"/>
        <w:autoSpaceDN w:val="0"/>
        <w:spacing w:after="78" w:line="220" w:lineRule="exact"/>
      </w:pPr>
    </w:p>
    <w:p w:rsidR="00682674" w:rsidRDefault="009927A0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82674" w:rsidRPr="009927A0" w:rsidRDefault="009927A0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  <w:proofErr w:type="gramStart"/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9927A0">
        <w:rPr>
          <w:rFonts w:ascii="Times New Roman" w:eastAsia="Times New Roman" w:hAnsi="Times New Roman"/>
          <w:color w:val="000000"/>
          <w:sz w:val="24"/>
          <w:lang w:val="ru-RU"/>
        </w:rPr>
        <w:t xml:space="preserve">ведите свой вариант: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9927A0">
        <w:rPr>
          <w:lang w:val="ru-RU"/>
        </w:rPr>
        <w:br/>
      </w: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82674" w:rsidRPr="009927A0" w:rsidRDefault="00682674">
      <w:pPr>
        <w:autoSpaceDE w:val="0"/>
        <w:autoSpaceDN w:val="0"/>
        <w:spacing w:after="78" w:line="220" w:lineRule="exact"/>
        <w:rPr>
          <w:lang w:val="ru-RU"/>
        </w:rPr>
      </w:pPr>
    </w:p>
    <w:p w:rsidR="00682674" w:rsidRPr="009927A0" w:rsidRDefault="009927A0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9927A0">
        <w:rPr>
          <w:lang w:val="ru-RU"/>
        </w:rPr>
        <w:br/>
      </w:r>
      <w:proofErr w:type="spellStart"/>
      <w:proofErr w:type="gramStart"/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9927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 И ПРАКТИЧЕСКИХ РАБОТ</w:t>
      </w:r>
    </w:p>
    <w:p w:rsidR="00682674" w:rsidRPr="009927A0" w:rsidRDefault="00682674">
      <w:pPr>
        <w:rPr>
          <w:lang w:val="ru-RU"/>
        </w:rPr>
        <w:sectPr w:rsidR="00682674" w:rsidRPr="009927A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927A0" w:rsidRPr="009927A0" w:rsidRDefault="009927A0">
      <w:pPr>
        <w:rPr>
          <w:lang w:val="ru-RU"/>
        </w:rPr>
      </w:pPr>
    </w:p>
    <w:sectPr w:rsidR="009927A0" w:rsidRPr="009927A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17D14"/>
    <w:rsid w:val="0029639D"/>
    <w:rsid w:val="00326D5D"/>
    <w:rsid w:val="00326F90"/>
    <w:rsid w:val="003A07F9"/>
    <w:rsid w:val="004A53D3"/>
    <w:rsid w:val="004E1EAE"/>
    <w:rsid w:val="004E1F35"/>
    <w:rsid w:val="00682674"/>
    <w:rsid w:val="006D27C4"/>
    <w:rsid w:val="00773D33"/>
    <w:rsid w:val="007D28A7"/>
    <w:rsid w:val="00802A85"/>
    <w:rsid w:val="0082424E"/>
    <w:rsid w:val="008B4E9E"/>
    <w:rsid w:val="009927A0"/>
    <w:rsid w:val="00AA1D8D"/>
    <w:rsid w:val="00AD62C3"/>
    <w:rsid w:val="00B35C8F"/>
    <w:rsid w:val="00B47730"/>
    <w:rsid w:val="00BC2D6F"/>
    <w:rsid w:val="00C12D7F"/>
    <w:rsid w:val="00CB0664"/>
    <w:rsid w:val="00E32ADA"/>
    <w:rsid w:val="00FC693F"/>
    <w:rsid w:val="00FD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D62C3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D62C3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94D0C0-DD28-4B50-B869-AF3BD80A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25</Pages>
  <Words>6965</Words>
  <Characters>39701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альбина</cp:lastModifiedBy>
  <cp:revision>6</cp:revision>
  <dcterms:created xsi:type="dcterms:W3CDTF">2022-09-08T10:26:00Z</dcterms:created>
  <dcterms:modified xsi:type="dcterms:W3CDTF">2022-09-16T09:49:00Z</dcterms:modified>
</cp:coreProperties>
</file>